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Relativité restreinte et électromagnétisme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Tahiri, M./ Auguie; D./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Cours de physique(N°:None)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9789961000779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électromagnétisme/ photon/ électromagnetique/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Cet ouvrage s'adresse à tous physiciens et notamment aux étudiants du sep consistue en outre une bonne introduction a la théorie des champs </w:t>
        <w:br/>
        <w:br/>
        <w:t>des applications de base de la relativité restreinte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