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ondulatoire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Suardet;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sciences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2852068524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géométrique/ onde/ </w:t>
            </w:r>
          </w:p>
        </w:tc>
      </w:tr>
    </w:tbl>
    <w:p>
      <w:pPr>
        <w:pStyle w:val="Heading3"/>
      </w:pPr>
      <w:r>
        <w:t>Résumé :</w:t>
      </w:r>
    </w:p>
    <w:p>
      <w:r>
        <w:t>Cet ouvrage la partie physique ondulatoire , avec des nombreux exercices sont proposés à la fin de la plupart des chapitres.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