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la physique. T3, Noyaux, atomes, molécules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Vorst, Albert Van 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 université/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208-211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2804115089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 nucléaire/ spectroscopie/ atome/ </w:t>
            </w:r>
          </w:p>
        </w:tc>
      </w:tr>
    </w:tbl>
    <w:p>
      <w:pPr>
        <w:pStyle w:val="Heading3"/>
      </w:pPr>
      <w:r>
        <w:t>Résumé :</w:t>
      </w:r>
    </w:p>
    <w:p>
      <w:r>
        <w:t>Le troisième volume est consacré à des éléments de physique atomique et moléculaire, d'une part, et de physique nucléaire ,d'autre part l'exposé s'appuie largement sur les faits expérimentaux.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