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tout- en- 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Marteau, Jacques-Emmanuel/ Brenders, P./ Clerc, P./ Clerc, C./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 .en 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nouveaux précis Bréal(N°:None)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9782749532165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sciences physique/ electromagnétique/ </w:t>
            </w:r>
          </w:p>
        </w:tc>
      </w:tr>
    </w:tbl>
    <w:p>
      <w:pPr>
        <w:pStyle w:val="Heading3"/>
      </w:pPr>
      <w:r>
        <w:t>Résumé :</w:t>
      </w:r>
    </w:p>
    <w:p>
      <w:r>
        <w:t>Manuel de physique incluant les cours, les démonstrations à connaitre, la méthodologie, des mises en situation et des exercices corrigés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