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Pérez, José-Philippe/ Lagoute, Christophe/ Pujol, Olivier/ Puech,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 ill. 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9782804155735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évolution du courant/ </w:t>
            </w:r>
          </w:p>
        </w:tc>
      </w:tr>
    </w:tbl>
    <w:p>
      <w:pPr>
        <w:pStyle w:val="Heading3"/>
      </w:pPr>
      <w:r>
        <w:t>Résumé :</w:t>
      </w:r>
    </w:p>
    <w:p>
      <w:r>
        <w:t>Cet ouvrage, découpé en 10 leçons, avec annexes mathématiques, illustrations informatiques et 5 ouvertures sur la physique moderne, rassemble tout ce qui est indispensable à comprendre pour poursuivre des études scientifiques en premier cycle universitaire (Licence, IUT, classes prépas...).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