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Cuprjak, Anna/ Reddy, J.N./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l'ingénieur. Série chimie organique(N°:None)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257-263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9782804175559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produit vectoriel/ </w:t>
            </w:r>
          </w:p>
        </w:tc>
      </w:tr>
    </w:tbl>
    <w:p>
      <w:pPr>
        <w:pStyle w:val="Heading3"/>
      </w:pPr>
      <w:r>
        <w:t>Résumé :</w:t>
      </w:r>
    </w:p>
    <w:p>
      <w:r>
        <w:t>Introduction à la physique des milieux continus et ?a ses applications dans différents domaines : élasticité, mécanique des fluides, transfert thermique,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