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quantique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Jundt, Francis/ Greiner ,Walter/ Curien, Hubert/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Springer/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Index.p.p.488-494.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3540643478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théorie quantique/ mécanique quantique/ </w:t>
            </w:r>
          </w:p>
        </w:tc>
      </w:tr>
    </w:tbl>
    <w:p>
      <w:pPr>
        <w:pStyle w:val="Heading3"/>
      </w:pPr>
      <w:r>
        <w:t>Résumé :</w:t>
      </w:r>
    </w:p>
    <w:p>
      <w:r>
        <w:t>L'ouvrage Mécanique Quantique- Introduction - jette les bases du cours de mécanique quantique et de la théorie des champs. En partant de la radiation du corps noir, de l'effet photoélectrique et de la dualité onde - particule, l'auteur expose les relations de l'incertitude, le spin, et les systèmes à plusieurs corps. Il inclut les applications à l'atome d'hydrogène et les expériences de Stern-Gerlach, et de Einstein-de Haas.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