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Relativité et invariance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Pérez, José-Philippe/ Anterrieu,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 p.p 433-438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2100491733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relativité (physique)/ invariance/ </w:t>
            </w:r>
          </w:p>
        </w:tc>
      </w:tr>
    </w:tbl>
    <w:p>
      <w:pPr>
        <w:pStyle w:val="Heading3"/>
      </w:pPr>
      <w:r>
        <w:t>Résumé :</w:t>
      </w:r>
    </w:p>
    <w:p>
      <w:r>
        <w:t>La relativité restreinte est la théorie développée par Einstein au début du siècle, mais rendue ici accessible grâce à une introduction progressive des concepts mathématiques sous-jacents. De nombreux exercices corrigés sont proposés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