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physique a utomatismes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Boujat, Gérard/ Marquez, René/ Agati, Pierre/ Marquez, Andrée/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2100041967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automatisme/ </w:t>
            </w:r>
          </w:p>
        </w:tc>
      </w:tr>
    </w:tbl>
    <w:p>
      <w:pPr>
        <w:pStyle w:val="Heading3"/>
      </w:pPr>
      <w:r>
        <w:t>Résumé :</w:t>
      </w:r>
    </w:p>
    <w:p>
      <w:r>
        <w:t>Cet outil de travail, destiné aux étudiants et aux professionnels en activité, a été conçu comme un complément aux ouvrages du domaine. Sous la direction de Pierre Agati. Gérard Boujat, Andrée Marquez, René Marquez, Nicolas Mattera, Robert Mée, Claude Montfollet, Jean-Pierre Pesti et Marc Rossetto ont collaboré à la réalisation de cet aide-mémoire.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