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Optique.T1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Maalem; M.S./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M.M.S/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Sience Exactes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9961929055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optique/ géométrique/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n'est pas seulement un manuel dexercices : au debut de chaque partie ,une large place à été reervé à un rappel consistant de cours, et des exercices proposés avec leur solutions.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