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Toute la physique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Stocker; Horst/ Jundt; Francis/ Guillaume;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véritable " bible " de la physique et déjà best-seller dans de nombreux pays, couvre l'ensemble des notions, formules et tables à connaître du DEUG à la Maîtrise.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