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dans les appareils et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Pavlovski, Mikhail/ Apostoliouk, Alexandre/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mécanique(N°:None)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vibration/ approximation successives/ </w:t>
            </w:r>
          </w:p>
        </w:tc>
      </w:tr>
    </w:tbl>
    <w:p>
      <w:pPr>
        <w:pStyle w:val="Heading3"/>
      </w:pPr>
      <w:r>
        <w:t>Résumé :</w:t>
      </w:r>
    </w:p>
    <w:p>
      <w:r>
        <w:t>Dans le premier chapitre on vérifie en bref la nécessité d'utilisation des systèmes de protection contre les vivrations.la deuxième chapitre contient les bases de la théorie linéaire des systèmes de protection contre les vibrations.le troisième chapitre est consacré à l'analyse des propriétes élastiques et d'amortissement de 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