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Nuclear power stations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Margulova ; T./ Troitsky, A./ </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Sujet(s)</w:t>
            </w:r>
          </w:p>
        </w:tc>
        <w:tc>
          <w:tcPr>
            <w:tcW w:type="dxa" w:w="7000"/>
          </w:tcPr>
          <w:p>
            <w:r>
              <w:t xml:space="preserve">nuclear/ </w:t>
            </w:r>
          </w:p>
        </w:tc>
      </w:tr>
    </w:tbl>
    <w:p>
      <w:pPr>
        <w:pStyle w:val="Heading3"/>
      </w:pPr>
      <w:r>
        <w:t>Résumé :</w:t>
      </w:r>
    </w:p>
    <w:p>
      <w:r>
        <w:t>The book explain the theory of thermal electric power stations as applied to power plants using nuclear fuel.it covers the problems genéral for any thermal electric power station and specific which are true for nuclear power plants only.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