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Journeaux; Roger/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490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2804125556</w:t>
            </w:r>
          </w:p>
        </w:tc>
      </w:tr>
      <w:tr>
        <w:trPr>
          <w:trHeight w:val="567"/>
        </w:trPr>
        <w:tc>
          <w:tcPr>
            <w:tcW w:type="dxa" w:w="3000"/>
          </w:tcPr>
          <w:p>
            <w:r>
              <w:t>Sujet(s)</w:t>
            </w:r>
          </w:p>
        </w:tc>
        <w:tc>
          <w:tcPr>
            <w:tcW w:type="dxa" w:w="7000"/>
          </w:tcPr>
          <w:p>
            <w:r>
              <w:t xml:space="preserve">électricité/ optique/ éléctronique/ </w:t>
            </w:r>
          </w:p>
        </w:tc>
      </w:tr>
    </w:tbl>
    <w:p>
      <w:pPr>
        <w:pStyle w:val="Heading3"/>
      </w:pPr>
      <w:r>
        <w:t>Résumé :</w:t>
      </w:r>
    </w:p>
    <w:p>
      <w:r>
        <w:t>Cet ouvrage présente des expériences de physique dans les domaines de l'électricité, de l'électronique et de l'optique dans le souci d'une exploitation qualitative et quantitative maximum : rédaction détaillée, conseils pratiques aux utilisateurs, compléments théoriques réunis en fin de chapitre. Fait original, un chapitre entier est consacré aux incertitudes évaluées par la voie statistique, méthode encore peu utilisée.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