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maths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Vallée, Gérard/ Provost,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354-366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9782100556922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mathématique/ équation différentielle/ théorie des probabilité/ </w:t>
            </w:r>
          </w:p>
        </w:tc>
      </w:tr>
    </w:tbl>
    <w:p>
      <w:pPr>
        <w:pStyle w:val="Heading3"/>
      </w:pPr>
      <w:r>
        <w:t>Résumé :</w:t>
      </w:r>
    </w:p>
    <w:p>
      <w:r>
        <w:t>Approche complémentaire et transversale des mathématiques en physique. Les concepts et techniques mathématiques, pris comme points de départ, servent à restructurer et unifier les connaissances en physique. Avec un chapitre d'analyse numérique. Cette édition aborde la physique quantique relativiste et la théorie d'Einstein de la gravitation.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