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atomique et spectroscopie 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Moisan; Michel/ Kéroack; Danielle/ Stafford; Luc/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455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Grenoble sciences(N°:None)</w:t>
            </w:r>
          </w:p>
        </w:tc>
      </w:tr>
      <w:tr>
        <w:trPr>
          <w:trHeight w:val="567"/>
        </w:trPr>
        <w:tc>
          <w:tcPr>
            <w:tcW w:type="dxa" w:w="3000"/>
          </w:tcPr>
          <w:p>
            <w:r>
              <w:t>Notes Générales</w:t>
            </w:r>
          </w:p>
        </w:tc>
        <w:tc>
          <w:tcPr>
            <w:tcW w:type="dxa" w:w="7000"/>
          </w:tcPr>
          <w:p>
            <w:r>
              <w:t>Bibliogr. p.p. 441-444.  Index p.p.445-455</w:t>
            </w:r>
          </w:p>
        </w:tc>
      </w:tr>
      <w:tr>
        <w:trPr>
          <w:trHeight w:val="567"/>
        </w:trPr>
        <w:tc>
          <w:tcPr>
            <w:tcW w:type="dxa" w:w="3000"/>
          </w:tcPr>
          <w:p>
            <w:r>
              <w:t>Numéro d'Identification</w:t>
            </w:r>
          </w:p>
        </w:tc>
        <w:tc>
          <w:tcPr>
            <w:tcW w:type="dxa" w:w="7000"/>
          </w:tcPr>
          <w:p>
            <w:r>
              <w:t>9782759819805</w:t>
            </w:r>
          </w:p>
        </w:tc>
      </w:tr>
      <w:tr>
        <w:trPr>
          <w:trHeight w:val="567"/>
        </w:trPr>
        <w:tc>
          <w:tcPr>
            <w:tcW w:type="dxa" w:w="3000"/>
          </w:tcPr>
          <w:p>
            <w:r>
              <w:t>Sujet(s)</w:t>
            </w:r>
          </w:p>
        </w:tc>
        <w:tc>
          <w:tcPr>
            <w:tcW w:type="dxa" w:w="7000"/>
          </w:tcPr>
          <w:p>
            <w:r>
              <w:t xml:space="preserve">physique atomique/ terminologie/ spectroscopie optique/ </w:t>
            </w:r>
          </w:p>
        </w:tc>
      </w:tr>
    </w:tbl>
    <w:p>
      <w:pPr>
        <w:pStyle w:val="Heading3"/>
      </w:pPr>
      <w:r>
        <w:t>Résumé :</w:t>
      </w:r>
    </w:p>
    <w:p>
      <w:r>
        <w:t>Cet ouvrage fournit les bases de la physique atomique dans un langage adapté aux expérimentateurs confrontés à l'analyse de spectres optiques : Comment obtenir les diagrammes d'énergie des atomes? Quelles sont les notations usuelles repérant les niveaux d'énergie et les règles de sélection pour les transitions permises ou interdites? Quelles formes peuvent prendre les spectres d'émission et d'absorption? Enfin, sont présentées des méthodes diagnostiques qui permettent de déterminer la population des atomes dans un état d'énergie donné, la température du milieu lorsque celui-ci est en équilibre thermodynamique et d'établir, de façon générale, la cinétique d'excitation et de désexcitation d'un niveau d'énergie de l'atome.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