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Concevoir et réaliser des expériences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Petitet-Gosgnach; François/ Meier, Dominique/ Léna,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x 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9782804176396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conceptions et des réalisations d'expériences physiques originales au lycée et jusqu'à bac + 2, en particulier dans le cadre des TPE et des TIPE.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