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atomes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Perrin, Jean/ Gennes, Pierre-Gilles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Champs(N°:None)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2080812254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atomique/ atome/ </w:t>
            </w:r>
          </w:p>
        </w:tc>
      </w:tr>
    </w:tbl>
    <w:p>
      <w:pPr>
        <w:pStyle w:val="Heading3"/>
      </w:pPr>
      <w:r>
        <w:t>Résumé :</w:t>
      </w:r>
    </w:p>
    <w:p>
      <w:r>
        <w:t>Les atomes est un ouvrage qui a fait date :il relate la naissance et le triomphe de l'hypothèse atomique à la charnière du xix e et du xx siecle.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