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dirigés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Pérez; José-Philippe/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9782225853791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premier titres suivants :                                                                                                                         L'outil mathématique.                                                                                                                                                                  De la dynamique à la thermodynamique.                                                                                                                                     Théorie cinétique des gaz.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