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mécanique des fluides.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Morelli, Michele/ Laborde,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fluide/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contient prés de 60 exercices, tous corrigés , il couvre les domaines de la statistique parfaits .chaque chapitres débute par un rappel des concepts fandamentaux.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