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Optique. T1, L'optique géométrique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 ;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9789961929117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optique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n'est pas seulement un livre d'exercices: au debut de chaque partie, une large place a été réservée à un rappel consistant de cours .des exercices proposés avec leurs solutions, les solutions proposées sont détaillées et comportent de larges commentaires faisant le lien avec le cours et expliquant.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