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physique chimie en formulaire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Meier; Dominique/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Toute la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9782729837907</w:t>
            </w:r>
          </w:p>
        </w:tc>
      </w:tr>
      <w:tr>
        <w:trPr>
          <w:trHeight w:val="567"/>
        </w:trPr>
        <w:tc>
          <w:tcPr>
            <w:tcW w:type="dxa" w:w="3000"/>
          </w:tcPr>
          <w:p>
            <w:r>
              <w:t>Sujet(s)</w:t>
            </w:r>
          </w:p>
        </w:tc>
        <w:tc>
          <w:tcPr>
            <w:tcW w:type="dxa" w:w="7000"/>
          </w:tcPr>
          <w:p>
            <w:r>
              <w:t xml:space="preserve">physique/ chimie/ </w:t>
            </w:r>
          </w:p>
        </w:tc>
      </w:tr>
    </w:tbl>
    <w:p>
      <w:pPr>
        <w:pStyle w:val="Heading3"/>
      </w:pPr>
      <w:r>
        <w:t>Résumé :</w:t>
      </w:r>
    </w:p>
    <w:p>
      <w:r>
        <w:t>Cet ouvrage résume les concepts clés de la physique et de la chimie sous forme de formules, d'équations et de diagrammes. C’est un outil très utile pour les étudiants, particulièrement pour ceux qui se préparent à des examens ou des concours. Ce livre permet de retrouver rapidement les formules essentielles de ces deux disciplines scientifiques, souvent en lien avec les notions théoriques abordées en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