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Mécanique unité d'enseignement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Maalem; M.S./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M.M.S/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exactes physique(N°:None)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9961929101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énergie/ dynamique/ point matériel/ </w:t>
            </w:r>
          </w:p>
        </w:tc>
      </w:tr>
    </w:tbl>
    <w:p>
      <w:pPr>
        <w:pStyle w:val="Heading3"/>
      </w:pPr>
      <w:r>
        <w:t>Résumé :</w:t>
      </w:r>
    </w:p>
    <w:p>
      <w:r>
        <w:t>Ce livre s'adresse aux étudiants du nouveau système d'enseingnement LMD, Sience de la matière et Science et technique pour l'ingénieur ,et à ceux de l'ancien système TC-SETI.De part sa présentation et de par son contenu,il peut aussi servir aux étudiants de première année des grandes écoles.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