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physique PCEM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May; Marie/ Treiner;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radioactivité/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 manuel de physique est destiné aux étudiants de première année du Premier Cycle des Etudes Médicales, Dentaires et Pharmaceutiques. Son contenu recouvre l'ensemble des thèmes enseignés dans les Centres Hospitalo-Universitaires : * Mécanique du point (notamment les lois de conservation). * Mécanique des fluides idéaux et visqueux en régime permanent. * Tension superficielle. * Premier principe de la thermodynamique. * Changements d'état d'un corps pur. * Ondes. * Electrostatique. * Electromagnétisme. * Optique géométrique. * Radioactivité. Chaque chapitre est suivi de problèmes types dont le corrigé détaillé figure à la fin de l'ouvrage. Dans certains cas, les exercices types sont traités directement dans le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