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L'indispensable mathématique pour les études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Maga Mondesir; Emire/ Mbianda; Gilbert/ Manguelle Dicoum; Eliéser/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et manuels(N°:None)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9782336002101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triogonométrie/ </w:t>
            </w:r>
          </w:p>
        </w:tc>
      </w:tr>
    </w:tbl>
    <w:p>
      <w:pPr>
        <w:pStyle w:val="Heading3"/>
      </w:pPr>
      <w:r>
        <w:t>Résumé :</w:t>
      </w:r>
    </w:p>
    <w:p>
      <w:r>
        <w:t>L'ouvrage a pour but de fournir aux étudiants les outils mathématiques essentiels pour aborder des concepts physiques complexes. Il aborde divers sujets mathématiques de manière à les relier directement aux applications en physique.</w:t>
        <w:br/>
        <w:br/>
        <w:t>Contenu principal</w:t>
        <w:br/>
        <w:br/>
        <w:t>1.Algebra : Introduction aux concepts algébriques nécessaires, y compris les équations, les inégalités et les fonctions.</w:t>
        <w:br/>
        <w:br/>
        <w:t>2.Analyse : Exploration des limites, des dérivées et des intégrales, avec des applications pratiques aux problèmes physiques.</w:t>
        <w:br/>
        <w:br/>
        <w:t>3.Géométrie et trigonométrie : Présentation des concepts géométriques fondamentaux et de leur utilisation dans les problèmes de physique.</w:t>
        <w:br/>
        <w:br/>
        <w:t>4.Matrices et systèmes d'équations : Explication des matrices, des déterminants, et des méthodes de résolution de systèmes d'équations, cruciales pour la mécanique et l'électromagnétisme.</w:t>
        <w:br/>
        <w:br/>
        <w:t>Statistiques et probabilités : Introduction aux principes de base des statistiques et de la probabilité, importants pour la mécanique quantique et les phénomènes aléatoires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