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 la physique et aux techniques nucléares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Misdaq ; M.A/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Afrique Orient/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317- 326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technique nucleaire/ </w:t>
            </w:r>
          </w:p>
        </w:tc>
      </w:tr>
    </w:tbl>
    <w:p>
      <w:pPr>
        <w:pStyle w:val="Heading3"/>
      </w:pPr>
      <w:r>
        <w:t>Résumé :</w:t>
      </w:r>
    </w:p>
    <w:p>
      <w:r>
        <w:t>Ce volume contient entre aures une description détaillé les differentes sources de rayonnements nucléaires (accélérateurs, réacteurs nucléaires) et des méthodes de détection de ces rayonnements.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