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corrigés de physique et chimie.T5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Maître;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épreuves corrigées des grandes écoles scientifiques(N°:None)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2729868496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chimie/ </w:t>
            </w:r>
          </w:p>
        </w:tc>
      </w:tr>
    </w:tbl>
    <w:p>
      <w:pPr>
        <w:pStyle w:val="Heading3"/>
      </w:pPr>
      <w:r>
        <w:t>Résumé :</w:t>
      </w:r>
    </w:p>
    <w:p>
      <w:r>
        <w:t>Ce nouveaux receuil rassemble les corrigés des épreuves des concours d'entrés aux ecoles de mines d'Albi, Alès, Douai et Nanres et à L'ENAC pilotes qui se sont déroulées depuis la reforme des classes préparatoires sientifiques.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