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plasmas.T1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Delcroix; J.L/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 électrique/ gaz ionisé/ </w:t>
            </w:r>
          </w:p>
        </w:tc>
      </w:tr>
    </w:tbl>
    <w:p>
      <w:pPr>
        <w:pStyle w:val="Heading3"/>
      </w:pPr>
      <w:r>
        <w:t>Résumé :</w:t>
      </w:r>
    </w:p>
    <w:p>
      <w:r>
        <w:t>Ce livre contient la matière du cours de physique des plasmas.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