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de physique commentés.T2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Enseignement supérieur(N°:None)</w:t>
            </w:r>
          </w:p>
        </w:tc>
      </w:tr>
      <w:tr>
        <w:trPr>
          <w:trHeight w:val="567"/>
        </w:trPr>
        <w:tc>
          <w:tcPr>
            <w:tcW w:type="dxa" w:w="3000"/>
          </w:tcPr>
          <w:p>
            <w:r>
              <w:t>Numéro d'Identification</w:t>
            </w:r>
          </w:p>
        </w:tc>
        <w:tc>
          <w:tcPr>
            <w:tcW w:type="dxa" w:w="7000"/>
          </w:tcPr>
          <w:p>
            <w:r>
              <w:t>222582682X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électromotrice/ </w:t>
            </w:r>
          </w:p>
        </w:tc>
      </w:tr>
    </w:tbl>
    <w:p>
      <w:pPr>
        <w:pStyle w:val="Heading3"/>
      </w:pPr>
      <w:r>
        <w:t>Résumé :</w:t>
      </w:r>
    </w:p>
    <w:p>
      <w:r>
        <w:t>Le livre est structuré autour de différents chapitres qui traitent des principales branches de la physique : la mécanique, l'électromagnétisme, la thermodynamique, l'optique, et d'autres domaines tels que la mécanique des fluides et les ondes. Chaque problème est soigneusement choisi pour illustrer un principe ou une loi physique, puis détaillé avec des explications claires.</w:t>
        <w:br/>
        <w:br/>
        <w:br/>
        <w:br/>
        <w:t>Mécanique : Le livre commence par des problèmes de cinématique et de dynamique, expliquant les lois du mouvement de Newton, les forces, et les applications dans des situations variées comme les mouvements de projectiles ou les systèmes de particules.</w:t>
        <w:br/>
        <w:br/>
        <w:br/>
        <w:br/>
        <w:t>?lectromagnétisme : Ensuite, il aborde les concepts d'électrostatique, de champ électrique, et de lois de l'électromagnétisme (loi de Coulomb, loi d'Ampère, etc.), à travers des exemples pratiques qui facilitent l'assimilation de la théorie.</w:t>
        <w:br/>
        <w:br/>
        <w:br/>
        <w:br/>
        <w:t>Thermodynamique et ondes : Des problèmes sur les principes de la thermodynamique et les équations des gaz parfaits sont abordés, ainsi que des applications des phénomènes ondulatoires tels que les ondes sonores et lumineuses.</w:t>
        <w:br/>
        <w:br/>
        <w:br/>
        <w:br/>
        <w:t>Méthodes de résolution : Le livre propose une méthodologie de résolution des problèmes, en insistant sur l'importance de l'analyse des données, des hypothèses et des approximations nécessaires pour trouver des solutions correctes.</w:t>
        <w:br/>
        <w:br/>
        <w:br/>
        <w:br/>
        <w:t>Chaque problème est accompagné d’une solution détaillée et commentée, permettant à l'étudiant non seulement de trouver la réponse correcte, mais aussi de comprendre la logique et les étapes de raisonnement qui mènent à cette réponse.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