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restreinte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Layadi;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9789961022788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relativité restreinte/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à la relativité restreinte. Il est destiné aux étudiants de Licence ( LMD) de physique fondamentale. Le cours de Relativité Restreinte est enseigné à la suite de celui d'Electromagnétisme; l'Electromagnésime et la Relativité Restreite sont étroitement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