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Modèles exactement résolus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Gaudin,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de 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2868832644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 statistique/ physique mathématique/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une synthèse de l'oeuvre scientifique de Michel Gaudin qui a ouvert des voies en physique théorique et en mathématiques : recueil des solutions exactes à des problèmes de physique dont la formation est simplifiée en un modèle.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