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Magnan, Jean-Pierre/ Grécias,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sciences physiques bio-véto(N°:None)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545-552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2743000899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 court de thermodynamique constitue le prolongement et le complément du cours de thermodynamique de physique 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