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Problèmes résolus de magnétostatique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Communay, Pierre Henri/ </w:t>
            </w:r>
          </w:p>
        </w:tc>
      </w:tr>
      <w:tr>
        <w:trPr>
          <w:trHeight w:val="567"/>
        </w:trPr>
        <w:tc>
          <w:tcPr>
            <w:tcW w:type="dxa" w:w="3000"/>
          </w:tcPr>
          <w:p>
            <w:r>
              <w:t>Adresse bib.</w:t>
            </w:r>
          </w:p>
        </w:tc>
        <w:tc>
          <w:tcPr>
            <w:tcW w:type="dxa" w:w="7000"/>
          </w:tcPr>
          <w:p>
            <w:r>
              <w:t xml:space="preserve">Cépaduès/ </w:t>
            </w:r>
          </w:p>
        </w:tc>
      </w:tr>
      <w:tr>
        <w:trPr>
          <w:trHeight w:val="567"/>
        </w:trPr>
        <w:tc>
          <w:tcPr>
            <w:tcW w:type="dxa" w:w="3000"/>
          </w:tcPr>
          <w:p>
            <w:r>
              <w:t>Nombre de Pages</w:t>
            </w:r>
          </w:p>
        </w:tc>
        <w:tc>
          <w:tcPr>
            <w:tcW w:type="dxa" w:w="7000"/>
          </w:tcPr>
          <w:p>
            <w:r>
              <w:t>307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21 cm</w:t>
            </w:r>
          </w:p>
        </w:tc>
      </w:tr>
      <w:tr>
        <w:trPr>
          <w:trHeight w:val="567"/>
        </w:trPr>
        <w:tc>
          <w:tcPr>
            <w:tcW w:type="dxa" w:w="3000"/>
          </w:tcPr>
          <w:p>
            <w:r>
              <w:t>Numéro d'Identification</w:t>
            </w:r>
          </w:p>
        </w:tc>
        <w:tc>
          <w:tcPr>
            <w:tcW w:type="dxa" w:w="7000"/>
          </w:tcPr>
          <w:p>
            <w:r>
              <w:t>2854284631</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Physique/ </w:t>
            </w:r>
          </w:p>
        </w:tc>
      </w:tr>
      <w:tr>
        <w:trPr>
          <w:trHeight w:val="567"/>
        </w:trPr>
        <w:tc>
          <w:tcPr>
            <w:tcW w:type="dxa" w:w="3000"/>
          </w:tcPr>
          <w:p>
            <w:r>
              <w:t>Sujet(s)</w:t>
            </w:r>
          </w:p>
        </w:tc>
        <w:tc>
          <w:tcPr>
            <w:tcW w:type="dxa" w:w="7000"/>
          </w:tcPr>
          <w:p>
            <w:r>
              <w:t xml:space="preserve">magnétostatique/ force de lorentz/ </w:t>
            </w:r>
          </w:p>
        </w:tc>
      </w:tr>
    </w:tbl>
    <w:p>
      <w:pPr>
        <w:pStyle w:val="Heading3"/>
      </w:pPr>
      <w:r>
        <w:t>Résumé :</w:t>
      </w:r>
    </w:p>
    <w:p>
      <w:r>
        <w:t>l'ouvrage présente quarante-quatre applications, toutes entièrement traitées et particulièrement détaillées. Elles sont, pour la plupart, à l'origine de sujets d'examens récents. En outre, elles servent, très souvent, de prétexte pour apporter un  complément de cours ou une illustration chiffrée permettant de lancer un pont entre le concept théorique et la réalité tangible.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