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Caubarrere, J.L./ Djelouah, H/ Fourny, J/ Khelladi, F.Z./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9789961005255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accélération/ </w:t>
            </w:r>
          </w:p>
        </w:tc>
      </w:tr>
    </w:tbl>
    <w:p>
      <w:pPr>
        <w:pStyle w:val="Heading3"/>
      </w:pPr>
      <w:r>
        <w:t>Résumé :</w:t>
      </w:r>
    </w:p>
    <w:p>
      <w:r>
        <w:t>Introduction à la mécanique : cours, exercices et travaux pratiques est un ouvrage pédagogique qui présente les bases fondamentales de la mécanique, combinant explications théoriques, exercices d’application et travaux pratiques afin de permettre aux étudiants de comprendre, modéliser et analyser les mouvements et les forces dans les systèmes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