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Houard, S./ </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393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x 21 cm</w:t>
            </w:r>
          </w:p>
        </w:tc>
      </w:tr>
      <w:tr>
        <w:trPr>
          <w:trHeight w:val="567"/>
        </w:trPr>
        <w:tc>
          <w:tcPr>
            <w:tcW w:type="dxa" w:w="3000"/>
          </w:tcPr>
          <w:p>
            <w:r>
              <w:t>Collection</w:t>
            </w:r>
          </w:p>
        </w:tc>
        <w:tc>
          <w:tcPr>
            <w:tcW w:type="dxa" w:w="7000"/>
          </w:tcPr>
          <w:p>
            <w:r>
              <w:t>Physique(N°:None)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9782804163396</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optique/ ombre colorée/ </w:t>
            </w:r>
          </w:p>
        </w:tc>
      </w:tr>
    </w:tbl>
    <w:p>
      <w:pPr>
        <w:pStyle w:val="Heading3"/>
      </w:pPr>
      <w:r>
        <w:t>Résumé :</w:t>
      </w:r>
    </w:p>
    <w:p>
      <w:r>
        <w:t>le livre Optique de S. Houard présente les principes fondamentaux de l’optique géométrique et de l’optique physique à travers une approche pédagogique et progressive. Il développe les lois de propagation de la lumière, la réflexion, la réfraction, ainsi que les systèmes optiques tels que les lentilles et les miroirs. L’ouvrage explique également les phénomènes d’interférences, de diffraction et de polarisation, essentiels à la compréhension des ondes lumineuses. Des applications pratiques en instrumentation optique, en imagerie et en technologies modernes y sont abordées afin de relier la théorie aux usages scientifiques et techniques. Le livre s’appuie sur des exercices et des exemples détaillés permettant aux étudiants de maîtriser les méthodes de calcul et d’analyse en optique classique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