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T., Becherrawy/ Hecht, Eugene/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323-328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9782804153816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cours d'introduction à la physique ;un retour aux fondements de la discipline .il couvre l'eventail usuel qui s'etend de l'électrostatique à l'energie de rayonnement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