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Physique.T3, ondes optique et physique moderne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 Becherrawy/ Hecht, Eugene/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9782804155155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optique/ onde/ </w:t>
            </w:r>
          </w:p>
        </w:tc>
      </w:tr>
    </w:tbl>
    <w:p>
      <w:pPr>
        <w:pStyle w:val="Heading3"/>
      </w:pPr>
      <w:r>
        <w:t>Résumé :</w:t>
      </w:r>
    </w:p>
    <w:p>
      <w:r>
        <w:t>le livre Physique. T3 : ondes, optique et physique moderne présente une étude complète des phénomènes ondulatoires, des principes fondamentaux de l’optique et des bases de la physique moderne. Il explique la propagation des ondes mécaniques et électromagnétiques, les phénomènes d’interférences, de diffraction et de polarisation, ainsi que les lois de l’optique géométrique et instrumentale. L’ouvrage introduit également les concepts essentiels de la relativité restreinte, de la mécanique quantique, de la structure atomique et des interactions entre rayonnement et matière. Grâce à une approche progressive accompagnée d’exercices corrigés et d’applications expérimentales, ce tome permet de relier les fondements théoriques aux applications scientifiques et technologiques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