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Lafourcade, Pierre/ Lafourcade, Lucien/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2711741532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formulaire/ </w:t>
            </w:r>
          </w:p>
        </w:tc>
      </w:tr>
    </w:tbl>
    <w:p>
      <w:pPr>
        <w:pStyle w:val="Heading3"/>
      </w:pPr>
      <w:r>
        <w:t>Résumé :</w:t>
      </w:r>
    </w:p>
    <w:p>
      <w:r>
        <w:t>le livre Formulaire de physique de Pierre Lafourcade est un ouvrage de référence qui rassemble de manière concise les principales formules, lois et relations fondamentales de la physique utilisées dans l’enseignement supérieur scientifique et les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