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en 20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Mauduit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9782100588305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dynamique des fluides/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 on trouve Comment aller à l'essentiel, comprendre les méthodes et les démarches avant de les mettre en application'</w:t>
        <w:br/>
        <w:br/>
        <w:t>Conçue pour faciliter aussi bien l'apprentissage que les révisions, la collection "EXPRESS" vous propose une présentation simple et concise de la thermodynamique en 20 fiches pédagogiques.</w:t>
        <w:br/>
        <w:br/>
        <w:br/>
        <w:br/>
        <w:t>Chaque fiche comporte :</w:t>
        <w:br/>
        <w:br/>
        <w:t>- les idées clés à connaître,</w:t>
        <w:br/>
        <w:br/>
        <w:t>- la méthode à mettre en oeuvre,</w:t>
        <w:br/>
        <w:br/>
        <w:t>- des applications sous forme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