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Super manuel de physique, semestre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Majou; Jérôme/ Komilikis;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classes 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644-647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9782749536767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oscillateur/ fréquence/ propagation d'un  signal/ </w:t>
            </w:r>
          </w:p>
        </w:tc>
      </w:tr>
    </w:tbl>
    <w:p>
      <w:pPr>
        <w:pStyle w:val="Heading3"/>
      </w:pPr>
      <w:r>
        <w:t>Résumé :</w:t>
      </w:r>
    </w:p>
    <w:p>
      <w:r>
        <w:t>Ce titre traite les chapitres suivants :</w:t>
        <w:br/>
        <w:br/>
        <w:t>1.Mécanique :</w:t>
        <w:br/>
        <w:br/>
        <w:t>-Cinématique : Etude des mouvements (position, vitesse, accélération).</w:t>
        <w:br/>
        <w:br/>
        <w:t>-Dynamique : Les lois de Newton, forces (poids, tension, frottement).</w:t>
        <w:br/>
        <w:br/>
        <w:t>-énergie : Conservation de l'énergie, travail, énergie cinétique et potentielle.</w:t>
        <w:br/>
        <w:br/>
        <w:t>2.Thermodynamique :</w:t>
        <w:br/>
        <w:br/>
        <w:t>-Loi des gaz : Relations entre pression, volume, et température.</w:t>
        <w:br/>
        <w:br/>
        <w:t>-Chaleur : Transferts thermiques, température, chaleur spécifique.</w:t>
        <w:br/>
        <w:br/>
        <w:t>3.électricité et Magnétisme :</w:t>
        <w:br/>
        <w:br/>
        <w:t>-Charge électrique : Notions de charge, loi de Coulomb.</w:t>
        <w:br/>
        <w:br/>
        <w:t>-Circuits électriques : Loi d'Ohm, circuits en série et en parallèle.</w:t>
        <w:br/>
        <w:br/>
        <w:t>-Champ électrique et magnétique : Concepts fondamentaux et leurs applications.</w:t>
        <w:br/>
        <w:br/>
        <w:t>4.Optique :</w:t>
        <w:br/>
        <w:br/>
        <w:t>-Lumière : Nature de la lumière, rayonnement, réfraction, réflexion.</w:t>
        <w:br/>
        <w:br/>
        <w:t>-Lentilles et miroirs : Formation d'images, équations des lentilles.</w:t>
        <w:br/>
        <w:br/>
        <w:t>5.Physique moderne :</w:t>
        <w:br/>
        <w:br/>
        <w:t>- Introduction à la relativité restreinte ou à la mécanique quantique (selon le programme).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