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et 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Nicolas, Maxime/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Parcours 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9782100526574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onde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Le livre "Ondes et électromagnétisme" de Maxime Nicolas traite généralement des concepts fondamentaux liés aux ondes électromagnétiques, à leur propagation et à leurs applications. Voici les principaux axes qui pourraient être présents :</w:t>
        <w:br/>
        <w:br/>
        <w:t>Principes de base :</w:t>
        <w:br/>
        <w:br/>
        <w:t>Introduction aux ondes électromagnétiques, leur nature et leurs caractéristiques (longueur d'onde, fréquence, vitesse).</w:t>
        <w:br/>
        <w:br/>
        <w:t>Différence entre les ondes électromagnétiques et d'autres types d'ondes.</w:t>
        <w:br/>
        <w:br/>
        <w:t>Equations fondamentales :</w:t>
        <w:br/>
        <w:br/>
        <w:t>Présentation des équations de Maxwell, qui décrivent comment les champs électrique et magnétique interagissent et se propagent dans l'espace.</w:t>
        <w:br/>
        <w:br/>
        <w:t>Propagation des ondes :</w:t>
        <w:br/>
        <w:br/>
        <w:t>Etude des différents milieux de propagation (vide, milieux matériels) et de l'impact de ces milieux sur les ondes (réflexion, réfraction, diffraction).</w:t>
        <w:br/>
        <w:br/>
        <w:t>Applications :</w:t>
        <w:br/>
        <w:br/>
        <w:t>Discussion sur les technologies basées sur les ondes électromagnétiques, comme les télécommunications, les radars et les systèmes de navigation.</w:t>
        <w:br/>
        <w:br/>
        <w:t>Expériences et démonstrations :</w:t>
        <w:br/>
        <w:br/>
        <w:t>Eventuellement, des expériences pour illustrer les concepts théoriques, permettant aux lecteurs de mieux comprendre les principes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