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cosmologie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Lachièze-Rey,Marc/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astronomie/ cosmologie/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vue d'ensemble de la discipline. A partir de quelques principes de base, il montre comment des raisonnements physiques et mathématiques, simples mais rigoureux, permettent de construire des modèles d'Univers. Il s'adresse aux étudiants de deuxième cycle/Master de physique, ainsi qu'aux amateurs. Cette troisième édition, entièrement revue et corrigée, contient un nouveau développement consacré au fond diffus cosmologique, ainsi qu'un cahier couleur.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