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et mécanismes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Lajoie, Michel/ Lodier,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2729858989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torseur dynamique/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qui aborde les concepts fondamentaux de la mécanique, essentiels pour les étudiants en classes préparatoires scientifiques. Voici un résumé des principaux éléments que l'on peut y trouver :</w:t>
        <w:br/>
        <w:br/>
        <w:t>1.Concepts de base : Le livre commence par introduire les notions fondamentales de la mécanique, telles que les forces, le mouvement, l'énergie et la conservation de la quantité de mouvement.</w:t>
        <w:br/>
        <w:br/>
        <w:t>2.Mécanique classique : Il couvre les lois du mouvement de Newton, les systèmes de particules, et les applications de ces lois à des problèmes concrets.</w:t>
        <w:br/>
        <w:br/>
        <w:t>3.Mécanismes : Une section est dédiée à l'étude des mécanismes, incluant les leviers, les poulies, et les systèmes de transmission de mouvement. Cela permet de comprendre comment les forces et les mouvements interagissent dans des systèmes complexes.</w:t>
        <w:br/>
        <w:br/>
        <w:t>4.Méthodes de résolution : Le livre propose des méthodes systématiques pour aborder les problèmes de mécanique, incluant des techniques de modélisation et d'analyse.</w:t>
        <w:br/>
        <w:br/>
        <w:t>5.Exercices commentés : Une grande partie de l'ouvrage est consacrée à des exercices pratiques, accompagnés de commentaires détaillés pour aider les étudiants à comprendre les étapes de résolution et à appliquer les concepts théoriques.</w:t>
        <w:br/>
        <w:br/>
        <w:t>6.Applications pratiques : Enfin, le livre met en lumière des applications concrètes de la mécanique dans divers domaines, ce qui aide à relier la théorie à la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