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Installations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Labouret, Anne/ Villoz,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énergie solaire/ éléctronique/ conversion d'énergie/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Inventaire des questions techniques et économiques visant la réalisation d'un cahier des charges pour un projet d'installations photovoltaiques adaptées à des besoins précis. Plusieurs études de cas sont présentées dont une concernant le raccordement au réseau des syst?emes photovoltaiques et des informations sur les subventions et aides accordées.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