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Ondes électromagnétiques, relativité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Hulin-Jung, Nicole/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ème éd. revue et complétée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onde/ électromagnétique/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les parties du programme concernant les équations de Maxwell et la relativité.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