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 rappel de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Hakiki, Nour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978996101275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électricité/ mécanique/ </w:t>
            </w:r>
          </w:p>
        </w:tc>
      </w:tr>
    </w:tbl>
    <w:p>
      <w:pPr>
        <w:pStyle w:val="Heading3"/>
      </w:pPr>
      <w:r>
        <w:t>Résumé :</w:t>
      </w:r>
    </w:p>
    <w:p>
      <w:r>
        <w:t>La physique, peut être définie comme la science qui étudie, par l 'expérimentation et par le développement, les concepts et les théories qui visent à expliquer l 'ensemble des phénomènes naturels, en établissant les lois qui les régissent. Autrement dit, la physique estfondée Sur des concepts prédéfinis et des postulats fondamentaux. La physique présente deux grands volets: d'une part la physique fondamentale, dont le but est de comprendre les phénomènes physiques et de développer les connaissances théoriques de base qui les expliquent; d'autre part la physique appliquée, qui est beaucoup plus expérimentale et basée sur les connaissances acquises à travers la physique fondamentale. La physique se divise en plusieurs spécialités suivant le type d'objet étudié. Dans ce manuel quatre grandes parties de la physique sont présentées. Chaque partie couvre plusieurs domaines présentés en chapitre sous forme de rappel de cours, d'exercices et de solutions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