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Electricité, optique, physique atomique (C.B., B.G.)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Joliet, Jean François/ Berthon, Jeanine/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physique atomique/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chapitres suivants:                                                                                                                     -Electrostatique.                                                                                                                                                      -Charge en mouvement dans un champ électrique                                                                                                                                   -Le courant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