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physique de spè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Fiat;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2701141141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la collection belin prépa permet d'assimiler et de réviser rapidement les notions essentielles et d'apprendre à résourdre les exercices incontournables.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