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Electromagnétisme.T2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Feynman; Richard Phillips/ Leighton; Robert/ Sands; Matthew/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Nouvelle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Cours de physique(N°:None)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9782100590001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électromagnétisme/ champ magnétique/ champ électrique/ </w:t>
            </w:r>
          </w:p>
        </w:tc>
      </w:tr>
    </w:tbl>
    <w:p>
      <w:pPr>
        <w:pStyle w:val="Heading3"/>
      </w:pPr>
      <w:r>
        <w:t>Résumé :</w:t>
      </w:r>
    </w:p>
    <w:p>
      <w:r>
        <w:t>Ce cours d'électromagnétisme aborde notamment les notions d'électrostatique, de champ magnétique, de potentiel vecteur, des équations de Maxwell...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