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supraconductivité à haute température critique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Khene,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El-Djazair/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temperature/ supraconductivité/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d'un phénomène fondamental en physique de la matière condensée : la supraconductivité, et plus particulièrement celle qui se produit à des températures supérieures à celles des supraconducteurs conventionnels.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